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5B" w:rsidRPr="004C08B3" w:rsidRDefault="004C08B3" w:rsidP="004C08B3">
      <w:pPr>
        <w:pStyle w:val="Heading1"/>
        <w:rPr>
          <w:rFonts w:ascii="Arial" w:hAnsi="Arial" w:cs="Arial"/>
          <w:color w:val="auto"/>
          <w:sz w:val="32"/>
        </w:rPr>
      </w:pPr>
      <w:r w:rsidRPr="004C08B3">
        <w:rPr>
          <w:rFonts w:ascii="Arial" w:hAnsi="Arial" w:cs="Arial"/>
          <w:color w:val="auto"/>
          <w:sz w:val="32"/>
        </w:rPr>
        <w:t>SOCIOLOGY MINOR</w:t>
      </w:r>
    </w:p>
    <w:p w:rsidR="00C5445B" w:rsidRDefault="004C08B3">
      <w:pPr>
        <w:spacing w:after="120"/>
      </w:pPr>
      <w:r>
        <w:t>The minor in Sociology consists of SOCY 101 and 15 credits in elective sociology courses (</w:t>
      </w:r>
      <w:proofErr w:type="gramStart"/>
      <w:r>
        <w:t>a total of 18</w:t>
      </w:r>
      <w:proofErr w:type="gramEnd"/>
      <w:r>
        <w:t xml:space="preserve"> credits). At least six credits must be at the 300 level or higher, and at least nine credits must be taken at UMBC. A grade of “C” or </w:t>
      </w:r>
      <w:r>
        <w:t>better is required in each of these courses and only one may be in anthropology. Pass/Fail courses and SOCY 396 do not count toward the minor.</w:t>
      </w:r>
    </w:p>
    <w:p w:rsidR="00C5445B" w:rsidRDefault="004C08B3">
      <w:pPr>
        <w:spacing w:after="160"/>
      </w:pPr>
      <w:r>
        <w:rPr>
          <w:b/>
          <w:i/>
        </w:rPr>
        <w:t>(Students matriculating before Fall 2012 are allowed two courses in anthropology).</w:t>
      </w:r>
    </w:p>
    <w:p w:rsidR="00C5445B" w:rsidRPr="004C08B3" w:rsidRDefault="004C08B3" w:rsidP="004C08B3">
      <w:pPr>
        <w:pStyle w:val="Heading2"/>
        <w:rPr>
          <w:rFonts w:ascii="Arial" w:hAnsi="Arial" w:cs="Arial"/>
          <w:color w:val="auto"/>
          <w:sz w:val="28"/>
        </w:rPr>
      </w:pPr>
      <w:r w:rsidRPr="004C08B3">
        <w:rPr>
          <w:rFonts w:ascii="Arial" w:hAnsi="Arial" w:cs="Arial"/>
          <w:color w:val="auto"/>
          <w:sz w:val="28"/>
        </w:rPr>
        <w:t>Course Checklist</w:t>
      </w:r>
    </w:p>
    <w:p w:rsidR="00C5445B" w:rsidRDefault="004C08B3">
      <w:pPr>
        <w:spacing w:after="60"/>
      </w:pPr>
      <w:r>
        <w:rPr>
          <w:b/>
        </w:rPr>
        <w:t>For each cour</w:t>
      </w:r>
      <w:r>
        <w:rPr>
          <w:b/>
        </w:rPr>
        <w:t>se, record:</w:t>
      </w:r>
    </w:p>
    <w:p w:rsidR="00C5445B" w:rsidRDefault="004C08B3">
      <w:pPr>
        <w:spacing w:after="20"/>
        <w:ind w:left="288"/>
      </w:pPr>
      <w:r>
        <w:rPr>
          <w:b/>
        </w:rPr>
        <w:t xml:space="preserve">• </w:t>
      </w:r>
      <w:r>
        <w:t>Course</w:t>
      </w:r>
    </w:p>
    <w:p w:rsidR="00C5445B" w:rsidRDefault="004C08B3">
      <w:pPr>
        <w:spacing w:after="20"/>
        <w:ind w:left="288"/>
      </w:pPr>
      <w:r>
        <w:rPr>
          <w:b/>
        </w:rPr>
        <w:t xml:space="preserve">• </w:t>
      </w:r>
      <w:r>
        <w:t>Semester Completed</w:t>
      </w:r>
    </w:p>
    <w:p w:rsidR="00C5445B" w:rsidRDefault="004C08B3">
      <w:pPr>
        <w:spacing w:after="20"/>
        <w:ind w:left="288"/>
      </w:pPr>
      <w:r>
        <w:rPr>
          <w:b/>
        </w:rPr>
        <w:t xml:space="preserve">• </w:t>
      </w:r>
      <w:r>
        <w:t>Grade (C or better)</w:t>
      </w:r>
    </w:p>
    <w:p w:rsidR="00C5445B" w:rsidRDefault="004C08B3">
      <w:pPr>
        <w:spacing w:after="20"/>
        <w:ind w:left="288"/>
      </w:pPr>
      <w:r>
        <w:rPr>
          <w:b/>
        </w:rPr>
        <w:t xml:space="preserve">• </w:t>
      </w:r>
      <w:r>
        <w:t>300+ (6 credits minimum)</w:t>
      </w:r>
    </w:p>
    <w:p w:rsidR="00C5445B" w:rsidRDefault="004C08B3">
      <w:pPr>
        <w:spacing w:after="20"/>
        <w:ind w:left="288"/>
      </w:pPr>
      <w:r>
        <w:rPr>
          <w:b/>
        </w:rPr>
        <w:t xml:space="preserve">• </w:t>
      </w:r>
      <w:r>
        <w:t>UMBC? (9 credits minimum)</w:t>
      </w:r>
    </w:p>
    <w:p w:rsidR="00C5445B" w:rsidRPr="004C08B3" w:rsidRDefault="004C08B3" w:rsidP="004C08B3">
      <w:pPr>
        <w:pStyle w:val="Heading2"/>
        <w:rPr>
          <w:rFonts w:ascii="Arial" w:hAnsi="Arial" w:cs="Arial"/>
          <w:color w:val="auto"/>
          <w:sz w:val="28"/>
        </w:rPr>
      </w:pPr>
      <w:r w:rsidRPr="004C08B3">
        <w:rPr>
          <w:rFonts w:ascii="Arial" w:hAnsi="Arial" w:cs="Arial"/>
          <w:color w:val="auto"/>
          <w:sz w:val="28"/>
        </w:rPr>
        <w:t>Required Course</w:t>
      </w:r>
    </w:p>
    <w:p w:rsidR="00C5445B" w:rsidRDefault="004C08B3">
      <w:pPr>
        <w:spacing w:after="40"/>
        <w:ind w:left="288"/>
      </w:pPr>
      <w:r>
        <w:t>☐</w:t>
      </w:r>
      <w:r>
        <w:t xml:space="preserve"> SOCY 101 (req.)    Semester: ____________________    Grade: __________    300+: ☐ </w:t>
      </w:r>
      <w:proofErr w:type="gramStart"/>
      <w:r>
        <w:t>Yes  ☐</w:t>
      </w:r>
      <w:proofErr w:type="gramEnd"/>
      <w:r>
        <w:t xml:space="preserve"> No    UMBC: ☐ Yes  ☐ No</w:t>
      </w:r>
    </w:p>
    <w:p w:rsidR="00C5445B" w:rsidRDefault="004C08B3">
      <w:pPr>
        <w:spacing w:before="120" w:after="60"/>
      </w:pPr>
      <w:r>
        <w:rPr>
          <w:b/>
          <w:sz w:val="22"/>
        </w:rPr>
        <w:t>Electi</w:t>
      </w:r>
      <w:r>
        <w:rPr>
          <w:b/>
          <w:sz w:val="22"/>
        </w:rPr>
        <w:t>ve Sociology Courses — 15 credits</w:t>
      </w:r>
    </w:p>
    <w:p w:rsidR="00C5445B" w:rsidRDefault="004C08B3">
      <w:pPr>
        <w:spacing w:after="100"/>
        <w:ind w:left="288"/>
      </w:pPr>
      <w:r>
        <w:t>☐</w:t>
      </w:r>
      <w:r>
        <w:t xml:space="preserve"> Course 1: ____________________    Semester: ____________________    Grade: __________    300+: ☐ Yes  ☐ No    UMBC: ☐ Yes  ☐ No</w:t>
      </w:r>
    </w:p>
    <w:p w:rsidR="00C5445B" w:rsidRDefault="004C08B3">
      <w:pPr>
        <w:spacing w:after="100"/>
        <w:ind w:left="288"/>
      </w:pPr>
      <w:r>
        <w:t>☐</w:t>
      </w:r>
      <w:r>
        <w:t xml:space="preserve"> Course 2: ____________________    Semester: ____________________    Grade: __________    3</w:t>
      </w:r>
      <w:r>
        <w:t>00+: ☐ Yes  ☐ No    UMBC: ☐ Yes  ☐ No</w:t>
      </w:r>
    </w:p>
    <w:p w:rsidR="00C5445B" w:rsidRDefault="004C08B3">
      <w:pPr>
        <w:spacing w:after="100"/>
        <w:ind w:left="288"/>
      </w:pPr>
      <w:r>
        <w:t>☐</w:t>
      </w:r>
      <w:r>
        <w:t xml:space="preserve"> Course 3: ____________________    Semester: ____________________    Grade: __________    300+: ☐ Yes  ☐ No    UMBC: ☐ Yes  ☐ No</w:t>
      </w:r>
    </w:p>
    <w:p w:rsidR="00C5445B" w:rsidRDefault="004C08B3">
      <w:pPr>
        <w:spacing w:after="100"/>
        <w:ind w:left="288"/>
      </w:pPr>
      <w:r>
        <w:t>☐</w:t>
      </w:r>
      <w:r>
        <w:t xml:space="preserve"> Course 4: ____________________    Semester: ____________________    Grade: __________ </w:t>
      </w:r>
      <w:r>
        <w:t xml:space="preserve">   300+: ☐ Yes  ☐ No    UMBC: ☐ Yes  ☐ No</w:t>
      </w:r>
    </w:p>
    <w:p w:rsidR="00C5445B" w:rsidRDefault="004C08B3">
      <w:pPr>
        <w:spacing w:after="100"/>
        <w:ind w:left="288"/>
      </w:pPr>
      <w:r>
        <w:t>☐</w:t>
      </w:r>
      <w:r>
        <w:t xml:space="preserve"> Course 5: ____________________    Semester: ____________________    Grade: __________    300+: ☐ Yes  ☐ No    UMBC: ☐ Yes  ☐ No</w:t>
      </w:r>
    </w:p>
    <w:p w:rsidR="00C5445B" w:rsidRPr="004C08B3" w:rsidRDefault="004C08B3" w:rsidP="004C08B3">
      <w:pPr>
        <w:pStyle w:val="Heading2"/>
        <w:rPr>
          <w:rFonts w:ascii="Arial" w:hAnsi="Arial" w:cs="Arial"/>
          <w:color w:val="auto"/>
          <w:sz w:val="28"/>
        </w:rPr>
      </w:pPr>
      <w:r w:rsidRPr="004C08B3">
        <w:rPr>
          <w:rFonts w:ascii="Arial" w:hAnsi="Arial" w:cs="Arial"/>
          <w:color w:val="auto"/>
          <w:sz w:val="28"/>
        </w:rPr>
        <w:t>Shady Grove (SG) Center</w:t>
      </w:r>
    </w:p>
    <w:p w:rsidR="00C5445B" w:rsidRDefault="004C08B3">
      <w:pPr>
        <w:spacing w:after="100"/>
      </w:pPr>
      <w:r>
        <w:t xml:space="preserve">The minor </w:t>
      </w:r>
      <w:proofErr w:type="gramStart"/>
      <w:r>
        <w:t>is also offered</w:t>
      </w:r>
      <w:proofErr w:type="gramEnd"/>
      <w:r>
        <w:t xml:space="preserve"> at the Shady Grove (SG) Center. Fo</w:t>
      </w:r>
      <w:r>
        <w:t>r SG minors, up to 9 credits of the minor may be completed at Montgomery College, through selection of the UMBC equivalent (UMS articulation agreement) sociology classes. Upper-level classes to fulfill SG minors will be taken from among sociology course of</w:t>
      </w:r>
      <w:r>
        <w:t>ferings at the Shady Grove Center.</w:t>
      </w:r>
      <w:bookmarkStart w:id="0" w:name="_GoBack"/>
      <w:bookmarkEnd w:id="0"/>
    </w:p>
    <w:p w:rsidR="00C5445B" w:rsidRDefault="004C08B3">
      <w:pPr>
        <w:spacing w:before="200"/>
        <w:jc w:val="right"/>
      </w:pPr>
      <w:r>
        <w:rPr>
          <w:i/>
          <w:sz w:val="18"/>
        </w:rPr>
        <w:t>Revised 9/19/14</w:t>
      </w:r>
    </w:p>
    <w:sectPr w:rsidR="00C5445B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08B3"/>
    <w:rsid w:val="00AA1D8D"/>
    <w:rsid w:val="00B47730"/>
    <w:rsid w:val="00C5445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C419E87-003D-4327-AF28-3476DBAD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CF0B9C-457A-45D3-B6E9-12D1BDF9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Glorioso</cp:lastModifiedBy>
  <cp:revision>2</cp:revision>
  <dcterms:created xsi:type="dcterms:W3CDTF">2013-12-23T23:15:00Z</dcterms:created>
  <dcterms:modified xsi:type="dcterms:W3CDTF">2026-08-21T15:50:00Z</dcterms:modified>
  <cp:category/>
</cp:coreProperties>
</file>