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spacing w:before="200" w:after="80"/>
      </w:pPr>
      <w:r>
        <w:t>SAPH Travel Procedures</w:t>
      </w:r>
    </w:p>
    <w:p>
      <w:pPr>
        <w:pStyle w:val="Heading2"/>
        <w:keepNext/>
        <w:spacing w:before="200" w:after="80"/>
      </w:pPr>
      <w:r>
        <w:t>Step One: Submit Pre-Approval</w:t>
      </w:r>
    </w:p>
    <w:p>
      <w:pPr>
        <w:pStyle w:val="ListNumber"/>
        <w:spacing w:after="120"/>
      </w:pPr>
      <w:r>
        <w:t>Submit the Pre-Approval Form for approval at least 2 weeks prior to leaving for your trip.</w:t>
      </w:r>
    </w:p>
    <w:p>
      <w:pPr>
        <w:pStyle w:val="ListBullet"/>
        <w:spacing w:after="120"/>
      </w:pPr>
      <w:r>
        <w:t>See accountant for Chart String Number.</w:t>
      </w:r>
    </w:p>
    <w:p>
      <w:pPr>
        <w:pStyle w:val="ListBullet"/>
        <w:spacing w:after="120"/>
      </w:pPr>
      <w:r>
        <w:t>CC accountant on all requests, where available.</w:t>
      </w:r>
    </w:p>
    <w:p>
      <w:pPr>
        <w:spacing w:after="120"/>
      </w:pPr>
      <w:r>
        <w:t xml:space="preserve">Travel policy and procedures, along with FAQs can be found at: </w:t>
      </w:r>
      <w:hyperlink r:id="rId9">
        <w:r>
          <w:rPr>
            <w:color w:val="0563C1"/>
            <w:u w:val="single"/>
          </w:rPr>
          <w:t>UMBC Travel Policy and Procedures</w:t>
        </w:r>
      </w:hyperlink>
    </w:p>
    <w:p>
      <w:pPr>
        <w:spacing w:after="120"/>
      </w:pPr>
      <w:r>
        <w:t xml:space="preserve">An employee must obtain pre-approval for all travel. You can request pre-approval at: </w:t>
      </w:r>
      <w:hyperlink r:id="rId10">
        <w:r>
          <w:rPr>
            <w:color w:val="0563C1"/>
            <w:u w:val="single"/>
          </w:rPr>
          <w:t>UMBC Travel Pre-Approval Form</w:t>
        </w:r>
      </w:hyperlink>
    </w:p>
    <w:p>
      <w:pPr>
        <w:spacing w:after="120"/>
      </w:pPr>
      <w:r>
        <w:t xml:space="preserve">Step-by-step instructions can be found at: </w:t>
      </w:r>
      <w:hyperlink r:id="rId11">
        <w:r>
          <w:rPr>
            <w:color w:val="0563C1"/>
            <w:u w:val="single"/>
          </w:rPr>
          <w:t>UMBC Travel Pre-Approval Tutorial</w:t>
        </w:r>
      </w:hyperlink>
    </w:p>
    <w:p>
      <w:pPr>
        <w:spacing w:after="120"/>
      </w:pPr>
      <w:r>
        <w:t>When submitting your pre-approval, please estimate higher amounts to account for unforeseen costs and price fluctuations. The e-travel should include all costs of the trip including all PCARD purchases in advance, not just reimbursable costs to you.</w:t>
      </w:r>
    </w:p>
    <w:p>
      <w:pPr>
        <w:spacing w:after="120"/>
      </w:pPr>
      <w:r>
        <w:t>If applying for the CAHSS Faculty Scholarly Travel Fund, completed and signed applications must be submitted to the accountant at least 3 weeks prior to travel.</w:t>
      </w:r>
    </w:p>
    <w:p>
      <w:pPr>
        <w:pStyle w:val="Heading2"/>
        <w:keepNext/>
        <w:spacing w:before="200" w:after="80"/>
      </w:pPr>
      <w:r>
        <w:t>Step Two: Paying for Travel</w:t>
      </w:r>
    </w:p>
    <w:p>
      <w:pPr>
        <w:pStyle w:val="Heading3"/>
        <w:keepNext/>
        <w:spacing w:before="200" w:after="80"/>
      </w:pPr>
      <w:r>
        <w:t>Air and Rail</w:t>
      </w:r>
    </w:p>
    <w:p>
      <w:pPr>
        <w:pStyle w:val="ListBullet"/>
        <w:spacing w:after="120"/>
      </w:pPr>
      <w:r>
        <w:t>Pay in advance with personal funds and submit for reimbursement upon return from travel.</w:t>
      </w:r>
    </w:p>
    <w:p>
      <w:pPr>
        <w:pStyle w:val="ListBullet"/>
        <w:spacing w:after="120"/>
      </w:pPr>
      <w:r>
        <w:t xml:space="preserve">If you do not want to pay in advance with personal funds, contact the University Travel Agency to make your arrangements: </w:t>
      </w:r>
      <w:hyperlink r:id="rId12">
        <w:r>
          <w:rPr>
            <w:color w:val="0563C1"/>
            <w:u w:val="single"/>
          </w:rPr>
          <w:t>University Travel Agency</w:t>
        </w:r>
      </w:hyperlink>
    </w:p>
    <w:p>
      <w:pPr>
        <w:spacing w:after="120"/>
      </w:pPr>
      <w:r>
        <w:t>Air and rail arrangements cannot be made with P-Card.</w:t>
      </w:r>
    </w:p>
    <w:p>
      <w:pPr>
        <w:pStyle w:val="Heading3"/>
        <w:keepNext/>
        <w:spacing w:before="200" w:after="80"/>
      </w:pPr>
      <w:r>
        <w:t>Hotel, Registrations, Memberships, etc.</w:t>
      </w:r>
    </w:p>
    <w:p>
      <w:pPr>
        <w:pStyle w:val="ListBullet"/>
        <w:spacing w:after="120"/>
      </w:pPr>
      <w:r>
        <w:t>Pay in advance with personal funds and submit for reimbursement upon return from travel.</w:t>
      </w:r>
    </w:p>
    <w:p>
      <w:pPr>
        <w:pStyle w:val="ListBullet"/>
        <w:spacing w:after="120"/>
      </w:pPr>
      <w:r>
        <w:t>Make an appointment to meet in person with staff (contact accountant to identify the appropriate staff person) to arrange payment for hotel, registration, memberships, etc. using P-Card.</w:t>
      </w:r>
    </w:p>
    <w:p>
      <w:pPr>
        <w:spacing w:after="120"/>
      </w:pPr>
      <w:r>
        <w:t>Travel arrangements will not be accepted via email. Please allow sufficient time to make travel arrangements prior to your trip.</w:t>
      </w:r>
    </w:p>
    <w:p>
      <w:pPr>
        <w:pStyle w:val="Heading2"/>
        <w:keepNext/>
        <w:spacing w:before="200" w:after="80"/>
      </w:pPr>
      <w:r>
        <w:t>Step Three (if needed): Reimbursements</w:t>
      </w:r>
    </w:p>
    <w:p>
      <w:pPr>
        <w:pStyle w:val="Heading3"/>
        <w:keepNext/>
        <w:spacing w:before="200" w:after="80"/>
      </w:pPr>
      <w:r>
        <w:t>Reminders</w:t>
      </w:r>
    </w:p>
    <w:p>
      <w:pPr>
        <w:pStyle w:val="ListBullet"/>
        <w:spacing w:after="120"/>
      </w:pPr>
      <w:r>
        <w:t>Please make sure that your pre-approval is completed prior to traveling.</w:t>
      </w:r>
    </w:p>
    <w:p>
      <w:pPr>
        <w:pStyle w:val="ListBullet"/>
        <w:spacing w:after="120"/>
      </w:pPr>
      <w:r>
        <w:t>Please check that the remittance address on the pre-approval is correct.</w:t>
      </w:r>
    </w:p>
    <w:p>
      <w:pPr>
        <w:pStyle w:val="ListBullet"/>
        <w:spacing w:after="120"/>
      </w:pPr>
      <w:r>
        <w:t>It takes approximately 4 weeks for the payment to be processed once it gets to General Accounting Division in Annapolis.</w:t>
      </w:r>
    </w:p>
    <w:p>
      <w:pPr>
        <w:pStyle w:val="ListBullet"/>
        <w:spacing w:after="120"/>
      </w:pPr>
      <w:r>
        <w:t>If you use a Visa and the last 4 digits of the credit card are not reflected on a receipt, provide a copy of the charge from your credit card statement.</w:t>
      </w:r>
    </w:p>
    <w:p>
      <w:pPr>
        <w:pStyle w:val="ListBullet"/>
        <w:spacing w:after="120"/>
      </w:pPr>
      <w:r>
        <w:t>When attending a conference, please include a copy of the conference agenda and/or schedule with your presentation.</w:t>
      </w:r>
    </w:p>
    <w:p>
      <w:pPr>
        <w:pStyle w:val="ListBullet"/>
        <w:spacing w:after="120"/>
      </w:pPr>
      <w:r>
        <w:t>Request must be submitted to the Travel Desk within ten (10) business days following the conclusion of the trip.</w:t>
      </w:r>
    </w:p>
    <w:p>
      <w:pPr>
        <w:pStyle w:val="Heading3"/>
        <w:keepNext/>
        <w:spacing w:before="200" w:after="80"/>
      </w:pPr>
      <w:r>
        <w:t>Questions</w:t>
      </w:r>
    </w:p>
    <w:p>
      <w:pPr>
        <w:spacing w:after="120"/>
      </w:pPr>
      <w:r>
        <w:t xml:space="preserve">For questions about this form, contact accountant or UMBC Travel Services by emailing: </w:t>
      </w:r>
      <w:hyperlink r:id="rId13">
        <w:r>
          <w:rPr>
            <w:color w:val="0563C1"/>
            <w:u w:val="single"/>
          </w:rPr>
          <w:t>travel@umbc.edu</w:t>
        </w:r>
      </w:hyperlink>
    </w:p>
    <w:p>
      <w:pPr>
        <w:spacing w:after="120"/>
      </w:pPr>
      <w:r>
        <w:t xml:space="preserve">To request reimbursement, please go to: </w:t>
      </w:r>
      <w:hyperlink r:id="rId10">
        <w:r>
          <w:rPr>
            <w:color w:val="0563C1"/>
            <w:u w:val="single"/>
          </w:rPr>
          <w:t>UMBC Travel Reimbursement Form</w:t>
        </w:r>
      </w:hyperlink>
    </w:p>
    <w:p>
      <w:pPr>
        <w:spacing w:after="120"/>
      </w:pPr>
      <w:r>
        <w:t xml:space="preserve">A step-by-step tutorial on submitting a reimbursement request can be found at: </w:t>
      </w:r>
      <w:hyperlink r:id="rId14">
        <w:r>
          <w:rPr>
            <w:color w:val="0563C1"/>
            <w:u w:val="single"/>
          </w:rPr>
          <w:t>UMBC Travel Reimbursement Tutorial</w:t>
        </w:r>
      </w:hyperlink>
    </w:p>
    <w:sectPr w:rsidR="00FC693F" w:rsidRPr="0006063C" w:rsidSect="00034616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 w:lang="en-US"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usinessservices.umbc.edu/travel/" TargetMode="External"/><Relationship Id="rId10" Type="http://schemas.openxmlformats.org/officeDocument/2006/relationships/hyperlink" Target="https://docusign.umbc.edu/secure/prd/tr/travel.php" TargetMode="External"/><Relationship Id="rId11" Type="http://schemas.openxmlformats.org/officeDocument/2006/relationships/hyperlink" Target="https://umbc.webex.com/recordingservice/sites/umbc/recording/bcb6d6fedf4d10398fde0050568f9b64/playback." TargetMode="External"/><Relationship Id="rId12" Type="http://schemas.openxmlformats.org/officeDocument/2006/relationships/hyperlink" Target="https://businessservices.umbc.edu/making-travel-reservations/" TargetMode="External"/><Relationship Id="rId13" Type="http://schemas.openxmlformats.org/officeDocument/2006/relationships/hyperlink" Target="mailto:travel@umbc.edu" TargetMode="External"/><Relationship Id="rId14" Type="http://schemas.openxmlformats.org/officeDocument/2006/relationships/hyperlink" Target="https://umbc.webex.com/recordingservice/sites/umbc/recording/3c1f1fccdf561039aaff005056815a55/playback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SAPH Travel Procedures</dc:title>
  <dc:subject>Travel pre-approval, payment, and reimbursement procedures</dc:subject>
  <dc:creator>UMBC</dc:creator>
  <cp:keywords>SAPH, travel, procedures, reimbursement, pre-approval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